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E8FD" w14:textId="6A1CE36C" w:rsidR="0049185C" w:rsidRPr="001B55FC" w:rsidRDefault="00000000">
      <w:pPr>
        <w:spacing w:after="0" w:line="240" w:lineRule="auto"/>
        <w:jc w:val="center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 xml:space="preserve">REQUERIMENTO Nº </w:t>
      </w:r>
      <w:r w:rsidR="001B55FC" w:rsidRPr="001B55FC">
        <w:rPr>
          <w:b/>
          <w:sz w:val="23"/>
          <w:szCs w:val="23"/>
          <w:lang w:val="pt-BR"/>
        </w:rPr>
        <w:t>167/2026</w:t>
      </w:r>
    </w:p>
    <w:p w14:paraId="5722E336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49CED5AE" w14:textId="77777777" w:rsidR="001B55FC" w:rsidRPr="001B55FC" w:rsidRDefault="001B55FC">
      <w:pPr>
        <w:spacing w:after="0" w:line="240" w:lineRule="auto"/>
        <w:ind w:firstLine="2977"/>
        <w:jc w:val="both"/>
        <w:rPr>
          <w:b/>
          <w:sz w:val="23"/>
          <w:szCs w:val="23"/>
          <w:lang w:val="pt-BR"/>
        </w:rPr>
      </w:pPr>
    </w:p>
    <w:p w14:paraId="70737C62" w14:textId="714D9EB7" w:rsidR="0049185C" w:rsidRPr="001B55FC" w:rsidRDefault="00000000">
      <w:pPr>
        <w:spacing w:after="0" w:line="240" w:lineRule="auto"/>
        <w:ind w:firstLine="2977"/>
        <w:jc w:val="both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>ADIR CUNICO – NOVO,</w:t>
      </w:r>
      <w:r w:rsidRPr="001B55FC">
        <w:rPr>
          <w:sz w:val="23"/>
          <w:szCs w:val="23"/>
          <w:lang w:val="pt-BR"/>
        </w:rPr>
        <w:t xml:space="preserve"> vereador com assento nesta Casa, em conformidade com os Arts. 118 e 121 do Regimento Interno, no cumprimento do dever, </w:t>
      </w:r>
      <w:r w:rsidRPr="001B55FC">
        <w:rPr>
          <w:b/>
          <w:sz w:val="23"/>
          <w:szCs w:val="23"/>
          <w:lang w:val="pt-BR"/>
        </w:rPr>
        <w:t>REQUER</w:t>
      </w:r>
      <w:r w:rsidRPr="001B55FC">
        <w:rPr>
          <w:sz w:val="23"/>
          <w:szCs w:val="23"/>
          <w:lang w:val="pt-BR"/>
        </w:rPr>
        <w:t xml:space="preserve"> à Mesa que</w:t>
      </w:r>
      <w:r w:rsidR="00050BC5" w:rsidRPr="001B55FC">
        <w:rPr>
          <w:sz w:val="23"/>
          <w:szCs w:val="23"/>
          <w:lang w:val="pt-BR"/>
        </w:rPr>
        <w:t xml:space="preserve"> este Expediente</w:t>
      </w:r>
      <w:r w:rsidRPr="001B55FC">
        <w:rPr>
          <w:sz w:val="23"/>
          <w:szCs w:val="23"/>
          <w:lang w:val="pt-BR"/>
        </w:rPr>
        <w:t xml:space="preserve"> seja encaminhado ao Exmo. Senhor Alei Fernandes, Prefeito Municipal, com cópia à Secretaria Municipal de Saúde, requerendo informações acerca dos laboratórios de exames credenciados no âmbito do Município, dos exames realizados no exercício de 2026 e dos respectivos pagamentos</w:t>
      </w:r>
      <w:r w:rsidR="00B025D0" w:rsidRPr="001B55FC">
        <w:rPr>
          <w:sz w:val="23"/>
          <w:szCs w:val="23"/>
          <w:lang w:val="pt-BR"/>
        </w:rPr>
        <w:t xml:space="preserve"> realizados.</w:t>
      </w:r>
    </w:p>
    <w:p w14:paraId="2204F8A8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33C403D2" w14:textId="77777777" w:rsidR="0049185C" w:rsidRPr="001B55FC" w:rsidRDefault="00000000">
      <w:pPr>
        <w:spacing w:after="0" w:line="240" w:lineRule="auto"/>
        <w:jc w:val="center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>JUSTIFICATIVAS</w:t>
      </w:r>
    </w:p>
    <w:p w14:paraId="01D37160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27B11A70" w14:textId="77777777" w:rsidR="0049185C" w:rsidRPr="001B55FC" w:rsidRDefault="00000000" w:rsidP="00732FB3">
      <w:pPr>
        <w:spacing w:after="0"/>
        <w:ind w:firstLine="1418"/>
        <w:jc w:val="both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>O presente requerimento tem por finalidade assegurar a transparência, o controle social e o acompanhamento fiscalizatório desta Casa Legislativa quanto à prestação dos serviços laboratoriais à população, bem como à regular aplicação dos recursos públicos destinados à realização de exames no âmbito da rede pública municipal de saúde.</w:t>
      </w:r>
    </w:p>
    <w:p w14:paraId="266D9E8E" w14:textId="77777777" w:rsidR="0049185C" w:rsidRPr="001B55FC" w:rsidRDefault="00000000" w:rsidP="00732FB3">
      <w:pPr>
        <w:spacing w:after="0"/>
        <w:ind w:firstLine="1418"/>
        <w:jc w:val="both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>Chegaram a este gabinete questionamentos e demandas de munícipes quanto à oferta e à realização de exames laboratoriais na rede pública municipal, razão pela qual se faz necessária a prestação de informações oficiais e detalhadas pelo Poder Executivo Municipal, permitindo a correta verificação dos laboratórios contratados, do quantitativo de exames realizados e dos valores pagos.</w:t>
      </w:r>
    </w:p>
    <w:p w14:paraId="7F1840B2" w14:textId="77777777" w:rsidR="0049185C" w:rsidRPr="001B55FC" w:rsidRDefault="00000000" w:rsidP="00732FB3">
      <w:pPr>
        <w:spacing w:after="0"/>
        <w:ind w:firstLine="1418"/>
        <w:jc w:val="both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>Diante disso, requer-se que o Poder Executivo Municipal, por meio da Secretaria Municipal de Saúde, informe:</w:t>
      </w:r>
    </w:p>
    <w:p w14:paraId="6076DBB5" w14:textId="77777777" w:rsidR="0049185C" w:rsidRPr="001B55FC" w:rsidRDefault="0049185C" w:rsidP="00732FB3">
      <w:pPr>
        <w:spacing w:after="0"/>
        <w:rPr>
          <w:sz w:val="23"/>
          <w:szCs w:val="23"/>
          <w:lang w:val="pt-BR"/>
        </w:rPr>
      </w:pPr>
    </w:p>
    <w:p w14:paraId="4AD79016" w14:textId="77777777" w:rsidR="0049185C" w:rsidRPr="001B55FC" w:rsidRDefault="00000000" w:rsidP="00732FB3">
      <w:pPr>
        <w:spacing w:after="0"/>
        <w:ind w:left="1418"/>
        <w:jc w:val="both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 xml:space="preserve">1) </w:t>
      </w:r>
      <w:r w:rsidRPr="001B55FC">
        <w:rPr>
          <w:sz w:val="23"/>
          <w:szCs w:val="23"/>
          <w:lang w:val="pt-BR"/>
        </w:rPr>
        <w:t>Quais são os laboratórios de exames atualmente credenciados ou contratados pelo Município de Sorriso/MT para a realização de exames no âmbito da rede pública de saúde, com a indicação de suas respectivas razões sociais e CNPJ;</w:t>
      </w:r>
    </w:p>
    <w:p w14:paraId="2DD06149" w14:textId="77777777" w:rsidR="0049185C" w:rsidRPr="001B55FC" w:rsidRDefault="00000000" w:rsidP="00732FB3">
      <w:pPr>
        <w:spacing w:after="0"/>
        <w:ind w:left="1418"/>
        <w:jc w:val="both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 xml:space="preserve">2) </w:t>
      </w:r>
      <w:r w:rsidRPr="001B55FC">
        <w:rPr>
          <w:sz w:val="23"/>
          <w:szCs w:val="23"/>
          <w:lang w:val="pt-BR"/>
        </w:rPr>
        <w:t>O número de exames realizados no exercício de 2026, discriminando expressamente a quantidade por laboratório e por tipo/modalidade de exame;</w:t>
      </w:r>
    </w:p>
    <w:p w14:paraId="28141BB1" w14:textId="77777777" w:rsidR="0049185C" w:rsidRPr="001B55FC" w:rsidRDefault="00000000" w:rsidP="00732FB3">
      <w:pPr>
        <w:spacing w:after="0"/>
        <w:ind w:left="1418"/>
        <w:jc w:val="both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 xml:space="preserve">3) </w:t>
      </w:r>
      <w:r w:rsidRPr="001B55FC">
        <w:rPr>
          <w:sz w:val="23"/>
          <w:szCs w:val="23"/>
          <w:lang w:val="pt-BR"/>
        </w:rPr>
        <w:t>Cópia das notas fiscais referentes aos pagamentos realizados aos laboratórios no exercício de 2026, acompanhadas dos respectivos empenhos e comprovantes de pagamento;</w:t>
      </w:r>
    </w:p>
    <w:p w14:paraId="44EDEE89" w14:textId="77777777" w:rsidR="0049185C" w:rsidRPr="001B55FC" w:rsidRDefault="00000000" w:rsidP="00732FB3">
      <w:pPr>
        <w:spacing w:after="0"/>
        <w:ind w:left="1418"/>
        <w:jc w:val="both"/>
        <w:rPr>
          <w:sz w:val="23"/>
          <w:szCs w:val="23"/>
          <w:lang w:val="pt-BR"/>
        </w:rPr>
      </w:pPr>
      <w:r w:rsidRPr="001B55FC">
        <w:rPr>
          <w:b/>
          <w:sz w:val="23"/>
          <w:szCs w:val="23"/>
          <w:lang w:val="pt-BR"/>
        </w:rPr>
        <w:t xml:space="preserve">4) </w:t>
      </w:r>
      <w:r w:rsidRPr="001B55FC">
        <w:rPr>
          <w:sz w:val="23"/>
          <w:szCs w:val="23"/>
          <w:lang w:val="pt-BR"/>
        </w:rPr>
        <w:t>O valor total pago a cada laboratório no exercício de 2026, bem como a modalidade de contratação adotada (licitação, credenciamento, dispensa ou inexigibilidade), com a indicação do respectivo número de contrato.</w:t>
      </w:r>
    </w:p>
    <w:p w14:paraId="2490E9ED" w14:textId="77777777" w:rsidR="00732FB3" w:rsidRDefault="00000000" w:rsidP="00732FB3">
      <w:pPr>
        <w:spacing w:after="0"/>
        <w:ind w:firstLine="1418"/>
        <w:jc w:val="both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 xml:space="preserve">Dessa forma, as informações solicitadas são indispensáveis para o adequado acompanhamento das políticas públicas de saúde e para a fiscalização da aplicação dos recursos </w:t>
      </w:r>
    </w:p>
    <w:p w14:paraId="43F9AFCD" w14:textId="5BECC00F" w:rsidR="0049185C" w:rsidRPr="001B55FC" w:rsidRDefault="00000000" w:rsidP="00732FB3">
      <w:pPr>
        <w:spacing w:after="0"/>
        <w:ind w:firstLine="1418"/>
        <w:jc w:val="both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>públicos, função inerente ao exercício do mandato parlamentar.</w:t>
      </w:r>
    </w:p>
    <w:p w14:paraId="38043DAA" w14:textId="77777777" w:rsidR="0049185C" w:rsidRPr="001B55FC" w:rsidRDefault="00000000" w:rsidP="00732FB3">
      <w:pPr>
        <w:spacing w:after="0"/>
        <w:ind w:firstLine="1418"/>
        <w:jc w:val="both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>Diante do exposto, requer-se o acolhimento e aprovação do presente Requerimento, com o consequente encaminhamento aos destinatários indicados.</w:t>
      </w:r>
    </w:p>
    <w:p w14:paraId="494B7968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6F7D6AE9" w14:textId="77777777" w:rsidR="0049185C" w:rsidRPr="001B55FC" w:rsidRDefault="00000000">
      <w:pPr>
        <w:spacing w:after="0" w:line="240" w:lineRule="auto"/>
        <w:jc w:val="right"/>
        <w:rPr>
          <w:sz w:val="23"/>
          <w:szCs w:val="23"/>
          <w:lang w:val="pt-BR"/>
        </w:rPr>
      </w:pPr>
      <w:r w:rsidRPr="001B55FC">
        <w:rPr>
          <w:sz w:val="23"/>
          <w:szCs w:val="23"/>
          <w:lang w:val="pt-BR"/>
        </w:rPr>
        <w:t>Câmara Municipal de Sorriso, Estado de Mato Grosso, em 20 de outubro de 2026.</w:t>
      </w:r>
    </w:p>
    <w:p w14:paraId="397B6E92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72597B7A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6DE2EC48" w14:textId="77777777" w:rsidR="0049185C" w:rsidRPr="001B55FC" w:rsidRDefault="0049185C">
      <w:pPr>
        <w:spacing w:after="0"/>
        <w:rPr>
          <w:sz w:val="23"/>
          <w:szCs w:val="23"/>
          <w:lang w:val="pt-BR"/>
        </w:rPr>
      </w:pPr>
    </w:p>
    <w:p w14:paraId="358F74D4" w14:textId="77777777" w:rsidR="0049185C" w:rsidRPr="001B55FC" w:rsidRDefault="00000000">
      <w:pPr>
        <w:spacing w:after="0" w:line="240" w:lineRule="auto"/>
        <w:jc w:val="center"/>
        <w:rPr>
          <w:sz w:val="23"/>
          <w:szCs w:val="23"/>
        </w:rPr>
      </w:pPr>
      <w:r w:rsidRPr="001B55FC">
        <w:rPr>
          <w:b/>
          <w:sz w:val="23"/>
          <w:szCs w:val="23"/>
        </w:rPr>
        <w:t>ADIR CUNICO</w:t>
      </w:r>
    </w:p>
    <w:p w14:paraId="5B81A76E" w14:textId="77777777" w:rsidR="0049185C" w:rsidRPr="001B55FC" w:rsidRDefault="00000000">
      <w:pPr>
        <w:spacing w:after="0" w:line="240" w:lineRule="auto"/>
        <w:jc w:val="center"/>
        <w:rPr>
          <w:sz w:val="23"/>
          <w:szCs w:val="23"/>
        </w:rPr>
      </w:pPr>
      <w:r w:rsidRPr="001B55FC">
        <w:rPr>
          <w:b/>
          <w:sz w:val="23"/>
          <w:szCs w:val="23"/>
        </w:rPr>
        <w:t>Vereador NOVO</w:t>
      </w:r>
    </w:p>
    <w:sectPr w:rsidR="0049185C" w:rsidRPr="001B55FC" w:rsidSect="00732FB3">
      <w:pgSz w:w="11906" w:h="16838"/>
      <w:pgMar w:top="1985" w:right="1558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4673216">
    <w:abstractNumId w:val="8"/>
  </w:num>
  <w:num w:numId="2" w16cid:durableId="1562864328">
    <w:abstractNumId w:val="6"/>
  </w:num>
  <w:num w:numId="3" w16cid:durableId="1133450790">
    <w:abstractNumId w:val="5"/>
  </w:num>
  <w:num w:numId="4" w16cid:durableId="735053477">
    <w:abstractNumId w:val="4"/>
  </w:num>
  <w:num w:numId="5" w16cid:durableId="1106316876">
    <w:abstractNumId w:val="7"/>
  </w:num>
  <w:num w:numId="6" w16cid:durableId="1019817497">
    <w:abstractNumId w:val="3"/>
  </w:num>
  <w:num w:numId="7" w16cid:durableId="768040775">
    <w:abstractNumId w:val="2"/>
  </w:num>
  <w:num w:numId="8" w16cid:durableId="1613777430">
    <w:abstractNumId w:val="1"/>
  </w:num>
  <w:num w:numId="9" w16cid:durableId="99661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BC5"/>
    <w:rsid w:val="0006063C"/>
    <w:rsid w:val="0015074B"/>
    <w:rsid w:val="001B55FC"/>
    <w:rsid w:val="0029639D"/>
    <w:rsid w:val="00326F90"/>
    <w:rsid w:val="0049185C"/>
    <w:rsid w:val="00732FB3"/>
    <w:rsid w:val="007E0DC4"/>
    <w:rsid w:val="00874893"/>
    <w:rsid w:val="00A10DAB"/>
    <w:rsid w:val="00AA1C0E"/>
    <w:rsid w:val="00AA1D8D"/>
    <w:rsid w:val="00B025D0"/>
    <w:rsid w:val="00B47730"/>
    <w:rsid w:val="00CB0664"/>
    <w:rsid w:val="00D441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F0FD97"/>
  <w14:defaultImageDpi w14:val="300"/>
  <w15:docId w15:val="{4798B47F-8854-4CFB-ABC1-1182C588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Edson Nicolak</cp:lastModifiedBy>
  <cp:revision>4</cp:revision>
  <cp:lastPrinted>2026-10-20T13:05:00Z</cp:lastPrinted>
  <dcterms:created xsi:type="dcterms:W3CDTF">2026-10-20T16:13:00Z</dcterms:created>
  <dcterms:modified xsi:type="dcterms:W3CDTF">2026-10-22T13:50:00Z</dcterms:modified>
</cp:coreProperties>
</file>